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ind w:left="-720" w:firstLine="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br w:type="textWrapping"/>
      </w:r>
      <w:r w:rsidDel="00000000" w:rsidR="00000000" w:rsidRPr="00000000">
        <w:rPr>
          <w:rtl w:val="1"/>
        </w:rPr>
        <w:t xml:space="preserve">عزيزي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عزيزتي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الوالد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الوصي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بالتبني</w:t>
      </w:r>
      <w:r w:rsidDel="00000000" w:rsidR="00000000" w:rsidRPr="00000000">
        <w:rPr>
          <w:rtl w:val="1"/>
        </w:rPr>
        <w:t xml:space="preserve">]،</w:t>
        <w:br w:type="textWrapping"/>
        <w:br w:type="textWrapping"/>
      </w:r>
      <w:r w:rsidDel="00000000" w:rsidR="00000000" w:rsidRPr="00000000">
        <w:rPr>
          <w:rtl w:val="1"/>
        </w:rPr>
        <w:t xml:space="preserve">حان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الوقت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لمراجعة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برنامج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بطالبكم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وفق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تتطلبه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قوانين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أوريغون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نلتقي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نود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نشارككم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التذكيرات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المهمة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المتعلقة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بمتطلبات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برنامج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المختصر</w:t>
      </w:r>
      <w:r w:rsidDel="00000000" w:rsidR="00000000" w:rsidRPr="00000000">
        <w:rPr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tl w:val="1"/>
        </w:rPr>
        <w:t xml:space="preserve">فيما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الحقوق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تكونوا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بها</w:t>
      </w:r>
      <w:r w:rsidDel="00000000" w:rsidR="00000000" w:rsidRPr="00000000">
        <w:rPr>
          <w:rtl w:val="1"/>
        </w:rPr>
        <w:t xml:space="preserve">:</w:t>
        <w:br w:type="textWrapping"/>
        <w:br w:type="textWrapping"/>
        <w:t xml:space="preserve">- </w:t>
      </w:r>
      <w:r w:rsidDel="00000000" w:rsidR="00000000" w:rsidRPr="00000000">
        <w:rPr>
          <w:rtl w:val="1"/>
        </w:rPr>
        <w:t xml:space="preserve">لكم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المشاركة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اجتماع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سنناقش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استمرار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برنامج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لطالبكم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تتاح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لحضور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الاجتماع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شخصي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رغبتم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رجى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إبلاغ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المدرسة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كنتم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بحاجة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دعم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لمساعدتكم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الحضور</w:t>
      </w:r>
      <w:r w:rsidDel="00000000" w:rsidR="00000000" w:rsidRPr="00000000">
        <w:rPr>
          <w:rtl w:val="1"/>
        </w:rPr>
        <w:t xml:space="preserve">.</w:t>
        <w:br w:type="textWrapping"/>
        <w:br w:type="textWrapping"/>
        <w:t xml:space="preserve">- </w:t>
      </w:r>
      <w:r w:rsidDel="00000000" w:rsidR="00000000" w:rsidRPr="00000000">
        <w:rPr>
          <w:rtl w:val="1"/>
        </w:rPr>
        <w:t xml:space="preserve">لكم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سحب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موافقتكم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برنامج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بـ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الطالب</w:t>
      </w:r>
      <w:r w:rsidDel="00000000" w:rsidR="00000000" w:rsidRPr="00000000">
        <w:rPr>
          <w:rtl w:val="1"/>
        </w:rPr>
        <w:t xml:space="preserve">]. </w:t>
      </w: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كتابي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حضور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اجتماع</w:t>
      </w:r>
      <w:r w:rsidDel="00000000" w:rsidR="00000000" w:rsidRPr="00000000">
        <w:rPr>
          <w:rtl w:val="1"/>
        </w:rPr>
        <w:t xml:space="preserve">.</w:t>
        <w:br w:type="textWrapping"/>
        <w:br w:type="textWrapping"/>
        <w:t xml:space="preserve">-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الاجتماع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مناقشة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تتيح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لـ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الطالب</w:t>
      </w:r>
      <w:r w:rsidDel="00000000" w:rsidR="00000000" w:rsidRPr="00000000">
        <w:rPr>
          <w:rtl w:val="1"/>
        </w:rPr>
        <w:t xml:space="preserve">] </w:t>
      </w:r>
      <w:r w:rsidDel="00000000" w:rsidR="00000000" w:rsidRPr="00000000">
        <w:rPr>
          <w:rtl w:val="1"/>
        </w:rPr>
        <w:t xml:space="preserve">العودة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المدرسي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الكامل</w:t>
      </w:r>
      <w:r w:rsidDel="00000000" w:rsidR="00000000" w:rsidRPr="00000000">
        <w:rPr>
          <w:rtl w:val="1"/>
        </w:rPr>
        <w:t xml:space="preserve">.</w:t>
        <w:br w:type="textWrapping"/>
        <w:br w:type="textWrapping"/>
        <w:t xml:space="preserve">- </w:t>
      </w: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يجتمع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منتظم</w:t>
      </w:r>
      <w:r w:rsidDel="00000000" w:rsidR="00000000" w:rsidRPr="00000000">
        <w:rPr>
          <w:rtl w:val="1"/>
        </w:rPr>
        <w:t xml:space="preserve"> — </w:t>
      </w:r>
      <w:r w:rsidDel="00000000" w:rsidR="00000000" w:rsidRPr="00000000">
        <w:rPr>
          <w:rtl w:val="1"/>
        </w:rPr>
        <w:t xml:space="preserve">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30 </w:t>
      </w:r>
      <w:r w:rsidDel="00000000" w:rsidR="00000000" w:rsidRPr="00000000">
        <w:rPr>
          <w:rtl w:val="1"/>
        </w:rPr>
        <w:t xml:space="preserve">يوم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تقويمي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— </w:t>
      </w:r>
      <w:r w:rsidDel="00000000" w:rsidR="00000000" w:rsidRPr="00000000">
        <w:rPr>
          <w:rtl w:val="1"/>
        </w:rPr>
        <w:t xml:space="preserve">أثناء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وجود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الطالب</w:t>
      </w:r>
      <w:r w:rsidDel="00000000" w:rsidR="00000000" w:rsidRPr="00000000">
        <w:rPr>
          <w:rtl w:val="1"/>
        </w:rPr>
        <w:t xml:space="preserve">]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برنامج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المختصر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توافقوا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كتابي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الاجتماعات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بوتيرة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أقل</w:t>
      </w:r>
      <w:r w:rsidDel="00000000" w:rsidR="00000000" w:rsidRPr="00000000">
        <w:rPr>
          <w:rtl w:val="1"/>
        </w:rPr>
        <w:t xml:space="preserve">.</w:t>
        <w:br w:type="textWrapping"/>
        <w:br w:type="textWrapping"/>
        <w:t xml:space="preserve">- </w:t>
      </w:r>
      <w:r w:rsidDel="00000000" w:rsidR="00000000" w:rsidRPr="00000000">
        <w:rPr>
          <w:rtl w:val="1"/>
        </w:rPr>
        <w:t xml:space="preserve">لكم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اجتماع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للفريق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14 </w:t>
      </w:r>
      <w:r w:rsidDel="00000000" w:rsidR="00000000" w:rsidRPr="00000000">
        <w:rPr>
          <w:rtl w:val="1"/>
        </w:rPr>
        <w:t xml:space="preserve">يوم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تقويمي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اجتماع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شهري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tl w:val="1"/>
        </w:rPr>
        <w:t xml:space="preserve">يرجى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التواصل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لديكم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أسئلة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حقوقكم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إنني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أتطلع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لدعم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الطالب</w:t>
      </w:r>
      <w:r w:rsidDel="00000000" w:rsidR="00000000" w:rsidRPr="00000000">
        <w:rPr>
          <w:rtl w:val="1"/>
        </w:rPr>
        <w:t xml:space="preserve">].</w:t>
        <w:br w:type="textWrapping"/>
        <w:br w:type="textWrapping"/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خالص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التحية</w:t>
      </w:r>
      <w:r w:rsidDel="00000000" w:rsidR="00000000" w:rsidRPr="00000000">
        <w:rPr>
          <w:rtl w:val="1"/>
        </w:rPr>
        <w:t xml:space="preserve">،</w:t>
        <w:br w:type="textWrapping"/>
        <w:br w:type="textWrapping"/>
        <w:t xml:space="preserve">[</w:t>
      </w:r>
      <w:r w:rsidDel="00000000" w:rsidR="00000000" w:rsidRPr="00000000">
        <w:rPr>
          <w:rtl w:val="1"/>
        </w:rPr>
        <w:t xml:space="preserve">اسمك</w:t>
      </w:r>
      <w:r w:rsidDel="00000000" w:rsidR="00000000" w:rsidRPr="00000000">
        <w:rPr>
          <w:rtl w:val="1"/>
        </w:rPr>
        <w:t xml:space="preserve">]  </w:t>
        <w:br w:type="textWrapping"/>
        <w:t xml:space="preserve">[</w:t>
      </w:r>
      <w:r w:rsidDel="00000000" w:rsidR="00000000" w:rsidRPr="00000000">
        <w:rPr>
          <w:rtl w:val="1"/>
        </w:rPr>
        <w:t xml:space="preserve">معلومات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الاتصال</w:t>
      </w:r>
      <w:r w:rsidDel="00000000" w:rsidR="00000000" w:rsidRPr="00000000">
        <w:rPr>
          <w:rtl w:val="1"/>
        </w:rPr>
        <w:t xml:space="preserve">]</w:t>
      </w:r>
    </w:p>
    <w:p w:rsidR="00000000" w:rsidDel="00000000" w:rsidP="00000000" w:rsidRDefault="00000000" w:rsidRPr="00000000" w14:paraId="00000002">
      <w:pPr>
        <w:ind w:left="720" w:firstLine="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1"/>
        </w:rPr>
        <w:t xml:space="preserve">إقرار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الوصي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بالتبني</w:t>
      </w:r>
      <w:r w:rsidDel="00000000" w:rsidR="00000000" w:rsidRPr="00000000">
        <w:rPr>
          <w:rtl w:val="1"/>
        </w:rPr>
        <w:br w:type="textWrapping"/>
        <w:br w:type="textWrapping"/>
        <w:t xml:space="preserve">□ </w:t>
      </w:r>
      <w:r w:rsidDel="00000000" w:rsidR="00000000" w:rsidRPr="00000000">
        <w:rPr>
          <w:rtl w:val="1"/>
        </w:rPr>
        <w:t xml:space="preserve">نعم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استلمت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المعلومات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أعلاه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برامج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المختصر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شرحها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وبطريقة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أفهمها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بموجب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قانون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أوريغون</w:t>
      </w:r>
      <w:r w:rsidDel="00000000" w:rsidR="00000000" w:rsidRPr="00000000">
        <w:rPr>
          <w:rtl w:val="1"/>
        </w:rPr>
        <w:t xml:space="preserve">.</w:t>
        <w:br w:type="textWrapping"/>
        <w:br w:type="textWrapping"/>
        <w:t xml:space="preserve">□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المعلومات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بطريقة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أفهمها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أحتاج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مزيد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لفهم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المستند</w:t>
      </w:r>
      <w:r w:rsidDel="00000000" w:rsidR="00000000" w:rsidRPr="00000000">
        <w:rPr>
          <w:rtl w:val="0"/>
        </w:rPr>
        <w:t xml:space="preserve">.</w:t>
        <w:br w:type="textWrapping"/>
        <w:br w:type="textWrapping"/>
      </w:r>
      <w:r w:rsidDel="00000000" w:rsidR="00000000" w:rsidRPr="00000000">
        <w:rPr>
          <w:rtl w:val="0"/>
        </w:rPr>
      </w:r>
    </w:p>
    <w:sdt>
      <w:sdtPr>
        <w:lock w:val="contentLocked"/>
        <w:id w:val="265922967"/>
        <w:tag w:val="goog_rdk_0"/>
      </w:sdtPr>
      <w:sdtContent>
        <w:tbl>
          <w:tblPr>
            <w:tblStyle w:val="Table1"/>
            <w:bidiVisual w:val="1"/>
            <w:tblW w:w="9926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400"/>
          </w:tblPr>
          <w:tblGrid>
            <w:gridCol w:w="3685"/>
            <w:gridCol w:w="285"/>
            <w:gridCol w:w="3731"/>
            <w:gridCol w:w="239"/>
            <w:gridCol w:w="1986"/>
            <w:tblGridChange w:id="0">
              <w:tblGrid>
                <w:gridCol w:w="3685"/>
                <w:gridCol w:w="285"/>
                <w:gridCol w:w="3731"/>
                <w:gridCol w:w="239"/>
                <w:gridCol w:w="1986"/>
              </w:tblGrid>
            </w:tblGridChange>
          </w:tblGrid>
          <w:tr>
            <w:trPr>
              <w:cantSplit w:val="0"/>
              <w:tblHeader w:val="1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0" w:val="nil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03">
                <w:pPr>
                  <w:bidi w:val="1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04">
                <w:pPr>
                  <w:bidi w:val="1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0" w:val="nil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05">
                <w:pPr>
                  <w:bidi w:val="1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06">
                <w:pPr>
                  <w:bidi w:val="1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0" w:val="nil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07">
                <w:pPr>
                  <w:bidi w:val="1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1"/>
            </w:trPr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08">
                <w:pPr>
                  <w:bidi w:val="1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  <w:r w:rsidDel="00000000" w:rsidR="00000000" w:rsidRPr="00000000">
                  <w:rPr>
                    <w:rFonts w:ascii="Calibri" w:cs="Calibri" w:eastAsia="Calibri" w:hAnsi="Calibri"/>
                    <w:b w:val="1"/>
                    <w:rtl w:val="1"/>
                  </w:rPr>
                  <w:t xml:space="preserve">  </w:t>
                </w:r>
                <w:r w:rsidDel="00000000" w:rsidR="00000000" w:rsidRPr="00000000">
                  <w:rPr>
                    <w:rFonts w:ascii="Calibri" w:cs="Calibri" w:eastAsia="Calibri" w:hAnsi="Calibri"/>
                    <w:b w:val="1"/>
                    <w:rtl w:val="1"/>
                  </w:rPr>
                  <w:t xml:space="preserve">التوقيع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09">
                <w:pPr>
                  <w:bidi w:val="1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0A">
                <w:pPr>
                  <w:bidi w:val="1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rtl w:val="1"/>
                  </w:rPr>
                  <w:t xml:space="preserve">الاسم</w:t>
                </w:r>
                <w:r w:rsidDel="00000000" w:rsidR="00000000" w:rsidRPr="00000000">
                  <w:rPr>
                    <w:rFonts w:ascii="Calibri" w:cs="Calibri" w:eastAsia="Calibri" w:hAnsi="Calibri"/>
                    <w:b w:val="1"/>
                    <w:rtl w:val="1"/>
                  </w:rPr>
                  <w:t xml:space="preserve"> : (</w:t>
                </w:r>
                <w:r w:rsidDel="00000000" w:rsidR="00000000" w:rsidRPr="00000000">
                  <w:rPr>
                    <w:rFonts w:ascii="Calibri" w:cs="Calibri" w:eastAsia="Calibri" w:hAnsi="Calibri"/>
                    <w:b w:val="1"/>
                    <w:rtl w:val="1"/>
                  </w:rPr>
                  <w:t xml:space="preserve">مطبوع</w:t>
                </w:r>
                <w:r w:rsidDel="00000000" w:rsidR="00000000" w:rsidRPr="00000000">
                  <w:rPr>
                    <w:rFonts w:ascii="Calibri" w:cs="Calibri" w:eastAsia="Calibri" w:hAnsi="Calibri"/>
                    <w:b w:val="1"/>
                    <w:rtl w:val="1"/>
                  </w:rPr>
                  <w:t xml:space="preserve">ً</w:t>
                </w:r>
                <w:r w:rsidDel="00000000" w:rsidR="00000000" w:rsidRPr="00000000">
                  <w:rPr>
                    <w:rFonts w:ascii="Calibri" w:cs="Calibri" w:eastAsia="Calibri" w:hAnsi="Calibri"/>
                    <w:b w:val="1"/>
                    <w:rtl w:val="1"/>
                  </w:rPr>
                  <w:t xml:space="preserve">ا</w:t>
                </w:r>
                <w:r w:rsidDel="00000000" w:rsidR="00000000" w:rsidRPr="00000000">
                  <w:rPr>
                    <w:rFonts w:ascii="Calibri" w:cs="Calibri" w:eastAsia="Calibri" w:hAnsi="Calibri"/>
                    <w:b w:val="1"/>
                    <w:rtl w:val="1"/>
                  </w:rPr>
                  <w:t xml:space="preserve">)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0B">
                <w:pPr>
                  <w:bidi w:val="1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0C">
                <w:pPr>
                  <w:bidi w:val="1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rtl w:val="1"/>
                  </w:rPr>
                  <w:t xml:space="preserve">التاريخ</w:t>
                </w:r>
                <w:r w:rsidDel="00000000" w:rsidR="00000000" w:rsidRPr="00000000">
                  <w:rPr>
                    <w:rFonts w:ascii="Calibri" w:cs="Calibri" w:eastAsia="Calibri" w:hAnsi="Calibri"/>
                    <w:b w:val="1"/>
                    <w:rtl w:val="1"/>
                  </w:rPr>
                  <w:t xml:space="preserve">:</w:t>
                </w:r>
              </w:p>
            </w:tc>
          </w:tr>
        </w:tbl>
      </w:sdtContent>
    </w:sdt>
    <w:p w:rsidR="00000000" w:rsidDel="00000000" w:rsidP="00000000" w:rsidRDefault="00000000" w:rsidRPr="00000000" w14:paraId="0000000D">
      <w:pPr>
        <w:bidi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ind w:left="720" w:firstLine="0"/>
        <w:jc w:val="left"/>
        <w:rPr/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تنويه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المستند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مقدم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وزارة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التعليم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ولاية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أوريغون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ODE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كأداة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مرجعية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لمساعدة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المناطق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التعليمية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تنفيذ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متطلبات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برامج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اليوم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المختصر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استخدام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النموذج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غير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إلزامي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يمكن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للمناطق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التعليمية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استخدام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النموذج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خاص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بها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تعديله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وفق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لاحتياجاتها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الخاصة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لضمان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الامتثال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لجميع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القوانين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المحلية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والفيدرالية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بما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قانون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الأمريكيين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ذوي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الإعاقة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ADA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)،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والمادة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504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قانون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إعادة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التأهيل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وقانون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تعليم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الأفراد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ذوي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الإعاقة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IDEA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).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توصي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وزارة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التعليم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ولاية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أوريغون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بأن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تسعى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المناطق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التعليمية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للحصول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استشارة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قانونية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عند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وضع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إجراءات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التنفيذ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والتوثيق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الخاصة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ببرامج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اليوم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المختصر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لضمان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توافقها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المتطلبات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القانونية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المحلية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والفيدرالية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</w:t>
        <w:tab/>
      </w:r>
      <w:r w:rsidDel="00000000" w:rsidR="00000000" w:rsidRPr="00000000">
        <w:rPr>
          <w:rtl w:val="0"/>
        </w:rPr>
        <w:t xml:space="preserve">.</w:t>
        <w:br w:type="textWrapping"/>
      </w:r>
    </w:p>
    <w:sectPr>
      <w:headerReference r:id="rId7" w:type="default"/>
      <w:footerReference r:id="rId8" w:type="default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bidi w:val="1"/>
      <w:rPr/>
    </w:pPr>
    <w:r w:rsidDel="00000000" w:rsidR="00000000" w:rsidRPr="00000000">
      <w:rPr>
        <w:rtl w:val="1"/>
      </w:rPr>
      <w:t xml:space="preserve">تمت</w:t>
    </w:r>
    <w:r w:rsidDel="00000000" w:rsidR="00000000" w:rsidRPr="00000000">
      <w:rPr>
        <w:rtl w:val="1"/>
      </w:rPr>
      <w:t xml:space="preserve"> </w:t>
    </w:r>
    <w:r w:rsidDel="00000000" w:rsidR="00000000" w:rsidRPr="00000000">
      <w:rPr>
        <w:rtl w:val="1"/>
      </w:rPr>
      <w:t xml:space="preserve">المراجعة</w:t>
    </w:r>
    <w:r w:rsidDel="00000000" w:rsidR="00000000" w:rsidRPr="00000000">
      <w:rPr>
        <w:rtl w:val="1"/>
      </w:rPr>
      <w:t xml:space="preserve"> </w:t>
    </w:r>
    <w:r w:rsidDel="00000000" w:rsidR="00000000" w:rsidRPr="00000000">
      <w:rPr>
        <w:rtl w:val="1"/>
      </w:rPr>
      <w:t xml:space="preserve">في</w:t>
    </w:r>
    <w:r w:rsidDel="00000000" w:rsidR="00000000" w:rsidRPr="00000000">
      <w:rPr>
        <w:rtl w:val="1"/>
      </w:rPr>
      <w:t xml:space="preserve"> </w:t>
    </w:r>
    <w:r w:rsidDel="00000000" w:rsidR="00000000" w:rsidRPr="00000000">
      <w:rPr>
        <w:rtl w:val="1"/>
      </w:rPr>
      <w:t xml:space="preserve">مايو</w:t>
    </w:r>
    <w:r w:rsidDel="00000000" w:rsidR="00000000" w:rsidRPr="00000000">
      <w:rPr>
        <w:rtl w:val="1"/>
      </w:rPr>
      <w:t xml:space="preserve"> 2025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widowControl w:val="0"/>
      <w:spacing w:after="0" w:line="276" w:lineRule="auto"/>
      <w:rPr>
        <w:rFonts w:ascii="Calibri" w:cs="Calibri" w:eastAsia="Calibri" w:hAnsi="Calibri"/>
        <w:strike w:val="1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2"/>
      <w:tblW w:w="9936.0" w:type="dxa"/>
      <w:jc w:val="left"/>
      <w:tblBorders>
        <w:top w:color="000000" w:space="0" w:sz="0" w:val="nil"/>
        <w:left w:color="000000" w:space="0" w:sz="0" w:val="nil"/>
        <w:bottom w:color="1b75bc" w:space="0" w:sz="18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010"/>
      <w:gridCol w:w="7926"/>
      <w:tblGridChange w:id="0">
        <w:tblGrid>
          <w:gridCol w:w="2010"/>
          <w:gridCol w:w="7926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10">
          <w:pPr>
            <w:tabs>
              <w:tab w:val="center" w:leader="none" w:pos="4680"/>
              <w:tab w:val="right" w:leader="none" w:pos="9360"/>
            </w:tabs>
            <w:spacing w:after="120" w:lineRule="auto"/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</w:rPr>
            <w:drawing>
              <wp:inline distB="0" distT="0" distL="0" distR="0">
                <wp:extent cx="1322669" cy="518893"/>
                <wp:effectExtent b="0" l="0" r="0" t="0"/>
                <wp:docPr descr="ODE logo" id="1" name="image1.png"/>
                <a:graphic>
                  <a:graphicData uri="http://schemas.openxmlformats.org/drawingml/2006/picture">
                    <pic:pic>
                      <pic:nvPicPr>
                        <pic:cNvPr descr="ODE logo" id="0" name="image1.png"/>
                        <pic:cNvPicPr preferRelativeResize="0"/>
                      </pic:nvPicPr>
                      <pic:blipFill>
                        <a:blip r:embed="rId1"/>
                        <a:srcRect b="18526" l="8441" r="9257" t="1654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2669" cy="51889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1">
          <w:pPr>
            <w:bidi w:val="1"/>
            <w:jc w:val="center"/>
            <w:rPr>
              <w:rFonts w:ascii="Calibri" w:cs="Calibri" w:eastAsia="Calibri" w:hAnsi="Calibri"/>
              <w:b w:val="1"/>
              <w:color w:val="1b75bc"/>
              <w:sz w:val="32"/>
              <w:szCs w:val="32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إقرار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ولي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الأمر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بحقوقه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قبل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مراجعة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إمكانية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إدراج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الطالب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في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يوم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دراسي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1b75bc"/>
              <w:sz w:val="28"/>
              <w:szCs w:val="28"/>
              <w:rtl w:val="1"/>
            </w:rPr>
            <w:t xml:space="preserve">مختصر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2">
    <w:pPr>
      <w:tabs>
        <w:tab w:val="center" w:leader="none" w:pos="4680"/>
        <w:tab w:val="right" w:leader="none" w:pos="9360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4CIGN7DHUwbzgvuqutxjftZePQ==">CgMxLjAaHwoBMBIaChgICVIUChJ0YWJsZS5ueWJhNHhmZGRqa2Q4AHIhMTBENm50bHZRRjV3TjlRd1VHZnZEYUJJWjM0ZTAyQXpv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2025-08-20T16:28:04+00:00</Remediation_x0020_Date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13FF6E8A-06C3-4220-AA2D-CC96F816B41A}"/>
</file>

<file path=customXML/itemProps3.xml><?xml version="1.0" encoding="utf-8"?>
<ds:datastoreItem xmlns:ds="http://schemas.openxmlformats.org/officeDocument/2006/customXml" ds:itemID="{BC328191-5827-494D-AEE3-1D1D3AD7B717}"/>
</file>

<file path=customXML/itemProps4.xml><?xml version="1.0" encoding="utf-8"?>
<ds:datastoreItem xmlns:ds="http://schemas.openxmlformats.org/officeDocument/2006/customXml" ds:itemID="{FDAC88F6-1248-44BD-824E-4D65F192B863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python-docx</dc:creator>
  <dcterms:created xsi:type="dcterms:W3CDTF">2013-12-23T23:15:00Z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</Properties>
</file>